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5AF" w:rsidRDefault="003D35AF">
      <w:pPr>
        <w:autoSpaceDE w:val="0"/>
        <w:autoSpaceDN w:val="0"/>
        <w:spacing w:after="78" w:line="220" w:lineRule="exact"/>
      </w:pPr>
    </w:p>
    <w:p w:rsidR="003D35AF" w:rsidRPr="006053AC" w:rsidRDefault="00646676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D35AF" w:rsidRPr="001D41D8" w:rsidRDefault="00646676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41D8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1D41D8" w:rsidRPr="001D41D8" w:rsidRDefault="001D41D8">
      <w:pPr>
        <w:autoSpaceDE w:val="0"/>
        <w:autoSpaceDN w:val="0"/>
        <w:spacing w:before="670" w:after="0" w:line="230" w:lineRule="auto"/>
        <w:ind w:left="1374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41D8">
        <w:rPr>
          <w:rFonts w:ascii="Times New Roman" w:eastAsia="Times New Roman" w:hAnsi="Times New Roman"/>
          <w:b/>
          <w:color w:val="000000"/>
          <w:sz w:val="24"/>
          <w:lang w:val="ru-RU"/>
        </w:rPr>
        <w:t>АДМИНИСТРАЦИЯ МУНИЦИПАЛЬНОГО РАЙОНА</w:t>
      </w:r>
    </w:p>
    <w:p w:rsidR="001D41D8" w:rsidRPr="001D41D8" w:rsidRDefault="001D41D8">
      <w:pPr>
        <w:autoSpaceDE w:val="0"/>
        <w:autoSpaceDN w:val="0"/>
        <w:spacing w:before="670" w:after="0" w:line="230" w:lineRule="auto"/>
        <w:ind w:left="1374"/>
        <w:rPr>
          <w:b/>
          <w:lang w:val="ru-RU"/>
        </w:rPr>
      </w:pPr>
      <w:r w:rsidRPr="001D41D8">
        <w:rPr>
          <w:rFonts w:ascii="Times New Roman" w:eastAsia="Times New Roman" w:hAnsi="Times New Roman"/>
          <w:b/>
          <w:color w:val="000000"/>
          <w:sz w:val="24"/>
          <w:lang w:val="ru-RU"/>
        </w:rPr>
        <w:t>БЛАГОВЕЩЕНСКИЙ РАЙОН РЕСПУБЛИКИ БАШКОРТОСТАН</w:t>
      </w:r>
    </w:p>
    <w:p w:rsidR="003D35AF" w:rsidRPr="001D41D8" w:rsidRDefault="003D35AF">
      <w:pPr>
        <w:autoSpaceDE w:val="0"/>
        <w:autoSpaceDN w:val="0"/>
        <w:spacing w:before="70" w:after="0" w:line="230" w:lineRule="auto"/>
        <w:ind w:left="1908"/>
        <w:rPr>
          <w:b/>
          <w:lang w:val="ru-RU"/>
        </w:rPr>
      </w:pPr>
    </w:p>
    <w:p w:rsidR="003D35AF" w:rsidRPr="001D41D8" w:rsidRDefault="00646676">
      <w:pPr>
        <w:autoSpaceDE w:val="0"/>
        <w:autoSpaceDN w:val="0"/>
        <w:spacing w:before="672" w:after="1436" w:line="230" w:lineRule="auto"/>
        <w:ind w:right="3456"/>
        <w:jc w:val="right"/>
        <w:rPr>
          <w:b/>
          <w:lang w:val="ru-RU"/>
        </w:rPr>
      </w:pPr>
      <w:r w:rsidRPr="001D41D8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МОБУ СОШ с. Верхний </w:t>
      </w:r>
      <w:proofErr w:type="spellStart"/>
      <w:r w:rsidRPr="001D41D8">
        <w:rPr>
          <w:rFonts w:ascii="Times New Roman" w:eastAsia="Times New Roman" w:hAnsi="Times New Roman"/>
          <w:b/>
          <w:color w:val="000000"/>
          <w:sz w:val="24"/>
          <w:lang w:val="ru-RU"/>
        </w:rPr>
        <w:t>Изяк</w:t>
      </w:r>
      <w:proofErr w:type="spellEnd"/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3D35AF" w:rsidRPr="006053AC" w:rsidRDefault="00646676">
      <w:pPr>
        <w:autoSpaceDE w:val="0"/>
        <w:autoSpaceDN w:val="0"/>
        <w:spacing w:after="0" w:line="245" w:lineRule="auto"/>
        <w:ind w:left="2816" w:right="432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 по УВР</w:t>
      </w:r>
    </w:p>
    <w:p w:rsidR="003D35AF" w:rsidRPr="006053AC" w:rsidRDefault="00646676">
      <w:pPr>
        <w:autoSpaceDE w:val="0"/>
        <w:autoSpaceDN w:val="0"/>
        <w:spacing w:before="182" w:after="0" w:line="230" w:lineRule="auto"/>
        <w:ind w:right="354"/>
        <w:jc w:val="right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______________Леонтьева О.М.</w:t>
      </w:r>
    </w:p>
    <w:p w:rsidR="003D35AF" w:rsidRPr="006053AC" w:rsidRDefault="003D35AF">
      <w:pPr>
        <w:rPr>
          <w:lang w:val="ru-RU"/>
        </w:rPr>
        <w:sectPr w:rsidR="003D35AF" w:rsidRPr="006053AC">
          <w:type w:val="continuous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</w:p>
    <w:p w:rsidR="003D35AF" w:rsidRPr="006053AC" w:rsidRDefault="00646676">
      <w:pPr>
        <w:autoSpaceDE w:val="0"/>
        <w:autoSpaceDN w:val="0"/>
        <w:spacing w:after="0" w:line="245" w:lineRule="auto"/>
        <w:ind w:left="354" w:right="1728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6053AC">
        <w:rPr>
          <w:lang w:val="ru-RU"/>
        </w:rPr>
        <w:br/>
      </w:r>
      <w:r w:rsidR="001D41D8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</w:t>
      </w: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иректор</w:t>
      </w:r>
    </w:p>
    <w:p w:rsidR="003D35AF" w:rsidRPr="006053AC" w:rsidRDefault="00646676">
      <w:pPr>
        <w:autoSpaceDE w:val="0"/>
        <w:autoSpaceDN w:val="0"/>
        <w:spacing w:before="182" w:after="182" w:line="230" w:lineRule="auto"/>
        <w:ind w:left="354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______________Васина Н.В.</w:t>
      </w:r>
    </w:p>
    <w:p w:rsidR="003D35AF" w:rsidRPr="006053AC" w:rsidRDefault="003D35AF">
      <w:pPr>
        <w:rPr>
          <w:lang w:val="ru-RU"/>
        </w:rPr>
        <w:sectPr w:rsidR="003D35AF" w:rsidRPr="006053AC">
          <w:type w:val="nextColumn"/>
          <w:pgSz w:w="11900" w:h="16840"/>
          <w:pgMar w:top="298" w:right="874" w:bottom="1440" w:left="1440" w:header="720" w:footer="720" w:gutter="0"/>
          <w:cols w:num="2" w:space="720" w:equalWidth="0">
            <w:col w:w="5978" w:space="0"/>
            <w:col w:w="3607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/>
      </w:tblPr>
      <w:tblGrid>
        <w:gridCol w:w="3940"/>
        <w:gridCol w:w="3360"/>
      </w:tblGrid>
      <w:tr w:rsidR="003D35AF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after="0" w:line="245" w:lineRule="auto"/>
              <w:ind w:left="1416" w:right="86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lastRenderedPageBreak/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  <w:r>
              <w:br/>
            </w:r>
            <w:proofErr w:type="spellStart"/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</w:t>
            </w:r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" </w:t>
            </w:r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</w:t>
            </w:r>
            <w:r w:rsidR="001D41D8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2022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3D35AF" w:rsidRDefault="001D41D8">
            <w:pPr>
              <w:autoSpaceDE w:val="0"/>
              <w:autoSpaceDN w:val="0"/>
              <w:spacing w:after="0" w:line="245" w:lineRule="auto"/>
              <w:ind w:left="99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48</w:t>
            </w:r>
            <w:r w:rsidR="0064667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</w:t>
            </w:r>
            <w:r w:rsidR="00646676"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"31"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августа 2023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="00646676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:rsidR="003D35AF" w:rsidRPr="001D41D8" w:rsidRDefault="00646676">
      <w:pPr>
        <w:autoSpaceDE w:val="0"/>
        <w:autoSpaceDN w:val="0"/>
        <w:spacing w:before="978" w:after="0" w:line="262" w:lineRule="auto"/>
        <w:ind w:left="3024" w:right="3600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</w:p>
    <w:p w:rsidR="003D35AF" w:rsidRPr="006053AC" w:rsidRDefault="00646676">
      <w:pPr>
        <w:autoSpaceDE w:val="0"/>
        <w:autoSpaceDN w:val="0"/>
        <w:spacing w:before="166" w:after="0" w:line="262" w:lineRule="auto"/>
        <w:ind w:left="2880" w:right="3312"/>
        <w:jc w:val="center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«Родная литература (русская)»</w:t>
      </w:r>
    </w:p>
    <w:p w:rsidR="003D35AF" w:rsidRPr="006053AC" w:rsidRDefault="00646676">
      <w:pPr>
        <w:autoSpaceDE w:val="0"/>
        <w:autoSpaceDN w:val="0"/>
        <w:spacing w:before="670" w:after="0" w:line="262" w:lineRule="auto"/>
        <w:ind w:left="2304" w:right="2592"/>
        <w:jc w:val="center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6053AC">
        <w:rPr>
          <w:lang w:val="ru-RU"/>
        </w:rPr>
        <w:br/>
      </w:r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>на 2023-2024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3D35AF" w:rsidRPr="006053AC" w:rsidRDefault="00646676" w:rsidP="001D41D8">
      <w:pPr>
        <w:autoSpaceDE w:val="0"/>
        <w:autoSpaceDN w:val="0"/>
        <w:spacing w:before="2112" w:after="0" w:line="262" w:lineRule="auto"/>
        <w:ind w:left="4808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Составител</w:t>
      </w:r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 xml:space="preserve">ь: </w:t>
      </w:r>
      <w:proofErr w:type="spellStart"/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>Апсаликова</w:t>
      </w:r>
      <w:proofErr w:type="spellEnd"/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Наталия Тимофеевна,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учитель </w:t>
      </w:r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родного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русского языка и литературы</w:t>
      </w:r>
    </w:p>
    <w:p w:rsidR="003D35AF" w:rsidRPr="006053AC" w:rsidRDefault="003D35AF">
      <w:pPr>
        <w:rPr>
          <w:lang w:val="ru-RU"/>
        </w:rPr>
        <w:sectPr w:rsidR="003D35AF" w:rsidRPr="006053AC">
          <w:type w:val="continuous"/>
          <w:pgSz w:w="11900" w:h="16840"/>
          <w:pgMar w:top="298" w:right="874" w:bottom="1440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78" w:line="220" w:lineRule="exact"/>
        <w:rPr>
          <w:lang w:val="ru-RU"/>
        </w:rPr>
      </w:pPr>
    </w:p>
    <w:p w:rsidR="003D35AF" w:rsidRPr="00926768" w:rsidRDefault="00646676">
      <w:pPr>
        <w:autoSpaceDE w:val="0"/>
        <w:autoSpaceDN w:val="0"/>
        <w:spacing w:after="0" w:line="230" w:lineRule="auto"/>
        <w:ind w:right="3378"/>
        <w:jc w:val="right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с</w:t>
      </w: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.В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ерхний</w:t>
      </w:r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Изяк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202</w:t>
      </w:r>
      <w:r w:rsidR="001D41D8">
        <w:rPr>
          <w:rFonts w:ascii="Times New Roman" w:eastAsia="Times New Roman" w:hAnsi="Times New Roman"/>
          <w:color w:val="000000"/>
          <w:sz w:val="24"/>
          <w:lang w:val="ru-RU"/>
        </w:rPr>
        <w:t>3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216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D35AF" w:rsidRPr="006053AC" w:rsidRDefault="00646676">
      <w:pPr>
        <w:autoSpaceDE w:val="0"/>
        <w:autoSpaceDN w:val="0"/>
        <w:spacing w:before="346" w:after="0" w:line="288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учебному предмету «Родная литература (русская)» для обучающихся 5 классов на уровне основного общего образования составлена в соответствии с реализацией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Минобрнауки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3D35AF" w:rsidRPr="006053AC" w:rsidRDefault="00646676">
      <w:pPr>
        <w:autoSpaceDE w:val="0"/>
        <w:autoSpaceDN w:val="0"/>
        <w:spacing w:before="262" w:after="0" w:line="262" w:lineRule="auto"/>
        <w:ind w:right="1296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3D35AF" w:rsidRPr="006053AC" w:rsidRDefault="00646676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предмет«Родная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предмет«Родная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3D35AF" w:rsidRPr="006053AC" w:rsidRDefault="006053AC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3D35AF" w:rsidRPr="006053AC" w:rsidRDefault="00646676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66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81" w:lineRule="auto"/>
        <w:ind w:right="144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и литература».    Содержание программы по родной русской литературе не включает произведения, 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3D35AF" w:rsidRPr="006053AC" w:rsidRDefault="0064667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«Россия — родина моя»;</w:t>
      </w:r>
    </w:p>
    <w:p w:rsidR="003D35AF" w:rsidRPr="006053AC" w:rsidRDefault="006053A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«Русские традиции»;</w:t>
      </w:r>
    </w:p>
    <w:p w:rsidR="003D35AF" w:rsidRPr="006053AC" w:rsidRDefault="006053AC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«Русский характер — русская душа».</w:t>
      </w:r>
    </w:p>
    <w:p w:rsidR="003D35AF" w:rsidRPr="006053AC" w:rsidRDefault="00646676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3D35AF" w:rsidRPr="006053AC" w:rsidRDefault="00646676">
      <w:pPr>
        <w:autoSpaceDE w:val="0"/>
        <w:autoSpaceDN w:val="0"/>
        <w:spacing w:before="70" w:after="0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:rsidR="003D35AF" w:rsidRPr="006053AC" w:rsidRDefault="00646676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3D35AF" w:rsidRPr="006053AC" w:rsidRDefault="0064667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3D35AF" w:rsidRPr="006053AC" w:rsidRDefault="00646676">
      <w:pPr>
        <w:autoSpaceDE w:val="0"/>
        <w:autoSpaceDN w:val="0"/>
        <w:spacing w:before="72" w:after="0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:rsidR="003D35AF" w:rsidRPr="006053AC" w:rsidRDefault="00646676">
      <w:pPr>
        <w:autoSpaceDE w:val="0"/>
        <w:autoSpaceDN w:val="0"/>
        <w:spacing w:before="262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3D35AF" w:rsidRPr="006053AC" w:rsidRDefault="0064667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3D35AF" w:rsidRPr="006053AC" w:rsidRDefault="0064667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3D35AF" w:rsidRPr="006053AC" w:rsidRDefault="006053AC" w:rsidP="006053AC">
      <w:pPr>
        <w:autoSpaceDE w:val="0"/>
        <w:autoSpaceDN w:val="0"/>
        <w:spacing w:before="17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воспитание и развитие личности, способной понимать и эстетически воспринимать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86" w:right="708" w:bottom="348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66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71" w:lineRule="auto"/>
        <w:ind w:left="420" w:right="432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произведения родной русской литературы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3D35AF" w:rsidRPr="006053AC" w:rsidRDefault="006053AC">
      <w:pPr>
        <w:autoSpaceDE w:val="0"/>
        <w:autoSpaceDN w:val="0"/>
        <w:spacing w:before="190" w:after="0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3D35AF" w:rsidRPr="006053AC" w:rsidRDefault="006053AC">
      <w:pPr>
        <w:autoSpaceDE w:val="0"/>
        <w:autoSpaceDN w:val="0"/>
        <w:spacing w:before="192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3D35AF" w:rsidRPr="006053AC" w:rsidRDefault="006053AC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формирование опыта общения с произведениями родной русской литературы в повседневной жизни и учебной деятельности;</w:t>
      </w:r>
    </w:p>
    <w:p w:rsidR="003D35AF" w:rsidRPr="006053AC" w:rsidRDefault="006053AC">
      <w:pPr>
        <w:autoSpaceDE w:val="0"/>
        <w:autoSpaceDN w:val="0"/>
        <w:spacing w:before="192" w:after="0" w:line="271" w:lineRule="auto"/>
        <w:ind w:left="420" w:right="129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развитие умений работы с источниками информации, осуществление поиска, анализа, обрабо</w:t>
      </w:r>
      <w:r w:rsidR="00926768">
        <w:rPr>
          <w:rFonts w:ascii="Times New Roman" w:eastAsia="Times New Roman" w:hAnsi="Times New Roman"/>
          <w:color w:val="000000"/>
          <w:sz w:val="24"/>
          <w:lang w:val="ru-RU"/>
        </w:rPr>
        <w:t xml:space="preserve">тки и презентации информации из различных источников, 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включая  Интернет, и др.</w:t>
      </w:r>
    </w:p>
    <w:p w:rsidR="003D35AF" w:rsidRPr="006053AC" w:rsidRDefault="00646676">
      <w:pPr>
        <w:autoSpaceDE w:val="0"/>
        <w:autoSpaceDN w:val="0"/>
        <w:spacing w:before="322" w:after="0" w:line="262" w:lineRule="auto"/>
        <w:ind w:right="576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:rsidR="003D35AF" w:rsidRPr="006053AC" w:rsidRDefault="00646676">
      <w:pPr>
        <w:autoSpaceDE w:val="0"/>
        <w:autoSpaceDN w:val="0"/>
        <w:spacing w:before="166" w:after="0" w:line="262" w:lineRule="auto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На обязательное изучение предмета «Родная литература (русская)» в 5 классе выделяется по 34 часа в год (из расчёта 1 учебный час в неделю).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86" w:right="720" w:bottom="672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78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3D35AF" w:rsidRPr="006053AC" w:rsidRDefault="00646676">
      <w:pPr>
        <w:autoSpaceDE w:val="0"/>
        <w:autoSpaceDN w:val="0"/>
        <w:spacing w:before="466" w:after="0"/>
        <w:ind w:right="144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>Малые жанры фольклора: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пословицы и поговорки о Родине, России, русском народе (не менее пяти произведений).</w:t>
      </w:r>
    </w:p>
    <w:p w:rsidR="00926768" w:rsidRDefault="00646676" w:rsidP="00926768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и литературные сказки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:rsidR="00926768" w:rsidRDefault="00646676" w:rsidP="00926768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Москва в произведениях русских писателей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 </w:t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«В Москве на Трубной площади».</w:t>
      </w:r>
    </w:p>
    <w:p w:rsidR="003D35AF" w:rsidRPr="006053AC" w:rsidRDefault="00646676" w:rsidP="00926768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лес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:rsidR="00926768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И. С. Соколов-Микитов.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лес».</w:t>
      </w:r>
    </w:p>
    <w:p w:rsidR="003D35AF" w:rsidRPr="006053AC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Рождество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Б. Л. Пастернак «Рождественская звезда» (фрагмент), В. Д. Берестов «Перед Рождеством» и др.</w:t>
      </w:r>
    </w:p>
    <w:p w:rsidR="003D35AF" w:rsidRPr="006053AC" w:rsidRDefault="00646676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А. И. Куприн.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«Бедный принц».</w:t>
      </w:r>
    </w:p>
    <w:p w:rsidR="00926768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Д. </w:t>
      </w:r>
      <w:proofErr w:type="spellStart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Телешов</w:t>
      </w:r>
      <w:proofErr w:type="spellEnd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«Ёлка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Митрича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3D35AF" w:rsidRPr="006053AC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Семейные ценности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Басни (одно произведение по выбору). Например: «Дерево» и др. </w:t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«Снежный бык».</w:t>
      </w:r>
    </w:p>
    <w:p w:rsidR="00926768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Белов.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«Скворцы».</w:t>
      </w:r>
    </w:p>
    <w:p w:rsidR="00926768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proofErr w:type="gramStart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Н</w:t>
      </w:r>
      <w:proofErr w:type="gramEnd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 до ордена — была бы Родина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Отечественная война 1812 года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Ф. Н. Глинка «Авангардная песнь», Д. В. Давыдо</w:t>
      </w: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в«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Партизан» (отрывок) и др.</w:t>
      </w:r>
    </w:p>
    <w:p w:rsidR="003D35AF" w:rsidRPr="006053AC" w:rsidRDefault="00646676" w:rsidP="00926768">
      <w:pPr>
        <w:autoSpaceDE w:val="0"/>
        <w:autoSpaceDN w:val="0"/>
        <w:spacing w:before="70" w:after="0" w:line="230" w:lineRule="auto"/>
        <w:rPr>
          <w:lang w:val="ru-RU"/>
        </w:rPr>
        <w:sectPr w:rsidR="003D35AF" w:rsidRPr="006053AC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Парадоксы русского характера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«Похождения жук</w:t>
      </w:r>
      <w:r w:rsidR="00926768">
        <w:rPr>
          <w:rFonts w:ascii="Times New Roman" w:eastAsia="Times New Roman" w:hAnsi="Times New Roman"/>
          <w:color w:val="000000"/>
          <w:sz w:val="24"/>
          <w:lang w:val="ru-RU"/>
        </w:rPr>
        <w:t>а-носорога» (солдатская сказка)</w:t>
      </w:r>
    </w:p>
    <w:p w:rsidR="00926768" w:rsidRDefault="00646676" w:rsidP="00926768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Ю. Я. Яковлев.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«Сыновья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Пешеходова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926768" w:rsidRDefault="00646676" w:rsidP="00926768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Школьные контрольные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К. И. Чуковский.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«Серебряный герб» (фрагмент).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А. </w:t>
      </w:r>
      <w:proofErr w:type="spellStart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Гиваргизов</w:t>
      </w:r>
      <w:proofErr w:type="spellEnd"/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«Контрольный диктант».</w:t>
      </w:r>
    </w:p>
    <w:p w:rsidR="003D35AF" w:rsidRPr="006053AC" w:rsidRDefault="00646676" w:rsidP="00926768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Родной язык, родная речь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(не  менее  двух).  Например:  И.  А.  Бунин «Слово», В. Г.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Гордейчев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«Родная речь</w:t>
      </w: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»и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др.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86" w:right="806" w:bottom="1440" w:left="666" w:header="720" w:footer="720" w:gutter="0"/>
          <w:cols w:space="720" w:equalWidth="0">
            <w:col w:w="10428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78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3D35AF" w:rsidRPr="006053AC" w:rsidRDefault="00646676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«Родная литература (русская)» в 5 классе направлено на достижение обучающимися следующих личностных,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3D35AF" w:rsidRPr="006053AC" w:rsidRDefault="00646676">
      <w:pPr>
        <w:autoSpaceDE w:val="0"/>
        <w:autoSpaceDN w:val="0"/>
        <w:spacing w:before="262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3D35AF" w:rsidRPr="006053AC" w:rsidRDefault="0064667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3D35AF" w:rsidRPr="006053AC" w:rsidRDefault="00646676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(русская)</w:t>
      </w: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»н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а уровне основного общего образования должны отражать готовность обучающихся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3D35AF" w:rsidRPr="006053AC" w:rsidRDefault="00646676">
      <w:pPr>
        <w:autoSpaceDE w:val="0"/>
        <w:autoSpaceDN w:val="0"/>
        <w:spacing w:before="190" w:after="0" w:line="230" w:lineRule="auto"/>
        <w:ind w:left="48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3D35AF" w:rsidRPr="006053AC" w:rsidRDefault="006053AC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неприятие любых форм экстремизма, дискриминации;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понимание роли различных социальных институтов в жизни человека;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представление о способах противодействия коррупции;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готовность к участию в гуманитарной деятельности (</w:t>
      </w:r>
      <w:proofErr w:type="spellStart"/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Патриотического воспитания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3D35AF" w:rsidRPr="006053AC" w:rsidRDefault="006053AC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российской гражданской идентичности в поликультурном и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Духовно-нравственного воспитания: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ориентация на моральные ценности и нормы в ситуациях нравственного выбора;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114" w:line="220" w:lineRule="exact"/>
        <w:rPr>
          <w:lang w:val="ru-RU"/>
        </w:rPr>
      </w:pPr>
    </w:p>
    <w:p w:rsidR="003D35AF" w:rsidRPr="006053AC" w:rsidRDefault="006053AC">
      <w:pPr>
        <w:autoSpaceDE w:val="0"/>
        <w:autoSpaceDN w:val="0"/>
        <w:spacing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Эстетического воспитания:</w:t>
      </w:r>
    </w:p>
    <w:p w:rsidR="003D35AF" w:rsidRPr="006053AC" w:rsidRDefault="006053AC">
      <w:pPr>
        <w:autoSpaceDE w:val="0"/>
        <w:autoSpaceDN w:val="0"/>
        <w:spacing w:before="178" w:after="0" w:line="262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right="172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важности художественной культуры как средства коммуникации и самовыражения; 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понимание ценности отечественного и мирового искусства, роли этнических культурных традиций и народного творчества;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стремление к самовыражению в разных видах искусства;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jc w:val="center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Физического воспитания, формирования культуры здоровья и эмоционального благополучия: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ценности жизни; 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соблюдение правил безопасности, в том числе навыков безопасного поведения в интернет-среде; 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способность адаптироваться к стрессовым ситуациям и меняющимся социальным,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умение принимать себя и других, не осуждая;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умение осознавать эмоциональное состояние себя и других, умение управлять собственным эмоциональным состоянием;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Трудового воспитания:</w:t>
      </w:r>
    </w:p>
    <w:p w:rsidR="003D35AF" w:rsidRPr="006053AC" w:rsidRDefault="006053AC">
      <w:pPr>
        <w:autoSpaceDE w:val="0"/>
        <w:autoSpaceDN w:val="0"/>
        <w:spacing w:before="178" w:after="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установка на активное участие в решении практических задач (в рамках семьи,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334" w:right="714" w:bottom="452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108" w:line="220" w:lineRule="exact"/>
        <w:rPr>
          <w:lang w:val="ru-RU"/>
        </w:rPr>
      </w:pPr>
    </w:p>
    <w:p w:rsidR="003D35AF" w:rsidRPr="006053AC" w:rsidRDefault="006053AC">
      <w:pPr>
        <w:autoSpaceDE w:val="0"/>
        <w:autoSpaceDN w:val="0"/>
        <w:spacing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готовность адаптироваться в профессиональной среде;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уважение к труду и результатам трудовой деятельности;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Экологического воспитания:</w:t>
      </w:r>
    </w:p>
    <w:p w:rsidR="003D35AF" w:rsidRPr="006053AC" w:rsidRDefault="006053AC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повышение уровня экологической культуры, осознание глобального характера экологических проблем и путей их решения;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активное неприятие действий, приносящих вред окружающей среде;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осознание своей роли как гражданина и потребителя в условиях взаимосвязи природной, технологической и социальной среды;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готовность к участию в практической деятельности экологической направленности;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ind w:left="36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Ценности научного познания:</w:t>
      </w:r>
    </w:p>
    <w:p w:rsidR="003D35AF" w:rsidRPr="006053AC" w:rsidRDefault="006053AC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овладение языковой и читательской культурой как средством познания мира; 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коллективного благополучия.</w:t>
      </w:r>
    </w:p>
    <w:p w:rsidR="003D35AF" w:rsidRPr="006053AC" w:rsidRDefault="00646676">
      <w:pPr>
        <w:tabs>
          <w:tab w:val="left" w:pos="180"/>
        </w:tabs>
        <w:autoSpaceDE w:val="0"/>
        <w:autoSpaceDN w:val="0"/>
        <w:spacing w:before="298" w:after="0" w:line="262" w:lineRule="auto"/>
        <w:ind w:right="144"/>
        <w:rPr>
          <w:lang w:val="ru-RU"/>
        </w:rPr>
      </w:pP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3D35AF" w:rsidRPr="006053AC" w:rsidRDefault="006053AC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способность обучающихся ко взаимодействию в условиях неопределённости, открытость опыту и знаниям других;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способность действовать в условиях неопределённости, повышать уровень своей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3D35AF" w:rsidRPr="006053AC" w:rsidRDefault="006053AC">
      <w:pPr>
        <w:autoSpaceDE w:val="0"/>
        <w:autoSpaceDN w:val="0"/>
        <w:spacing w:before="190" w:after="0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умение оперировать основными понятиями, терминами и представлениями в области концепции устойчивого развития;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144" w:line="220" w:lineRule="exact"/>
        <w:rPr>
          <w:lang w:val="ru-RU"/>
        </w:rPr>
      </w:pPr>
    </w:p>
    <w:p w:rsidR="003D35AF" w:rsidRPr="006053AC" w:rsidRDefault="006053AC">
      <w:pPr>
        <w:autoSpaceDE w:val="0"/>
        <w:autoSpaceDN w:val="0"/>
        <w:spacing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умение анализировать и выявлять взаимосвязи природы, общества и экономики;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D35AF" w:rsidRPr="006053AC" w:rsidRDefault="006053AC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3D35AF" w:rsidRPr="006053AC" w:rsidRDefault="00646676">
      <w:pPr>
        <w:autoSpaceDE w:val="0"/>
        <w:autoSpaceDN w:val="0"/>
        <w:spacing w:before="324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3D35AF" w:rsidRPr="006053AC" w:rsidRDefault="00646676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3D35AF" w:rsidRPr="006053AC" w:rsidRDefault="0064667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логические действия: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выявлять и характеризовать существенные признаки объектов (явлений);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устанавливать существенный признак классификации, основания для обобщения и сравнения, критерии проводимого анализа;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выявлять дефициты информации, данных, необходимых для решения поставленной задачи;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ind w:left="48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Базовые исследовательские действия: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использовать вопросы как исследовательский инструмент познания;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формировать гипотезу об истинности собственных суждений и суждений других, аргументировать свою позицию, мнение;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оценивать на применимость и достоверность информации, полученной в ходе исследования (эксперимента);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66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условиях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контекстах.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ind w:left="30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Работа с информацией:</w:t>
      </w:r>
    </w:p>
    <w:p w:rsidR="003D35AF" w:rsidRPr="006053AC" w:rsidRDefault="006053AC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выбирать, анализировать, систематизировать и интерпретировать информацию различных видов и форм представления;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—-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240" w:right="115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эффективно запоминать и систематизировать информацию.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учебными</w:t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:rsidR="003D35AF" w:rsidRPr="006053AC" w:rsidRDefault="00646676">
      <w:pPr>
        <w:autoSpaceDE w:val="0"/>
        <w:autoSpaceDN w:val="0"/>
        <w:spacing w:before="190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:rsidR="003D35AF" w:rsidRPr="006053AC" w:rsidRDefault="006053AC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воспринимать и формулировать суждения, выражать эмоции в соответствии с целями и условиями общения;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выражать себя (свою точку зрения) в устных и письменных текстах;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сопоставлять свои суждения с суждениями других участников диалога, обнаруживать различие и сходство позиций; </w:t>
      </w:r>
    </w:p>
    <w:p w:rsidR="003D35AF" w:rsidRPr="006053AC" w:rsidRDefault="006053AC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публично представлять результаты выполненного опыта (эксперимента, исследования, проекта); </w:t>
      </w:r>
    </w:p>
    <w:p w:rsidR="003D35AF" w:rsidRPr="006053AC" w:rsidRDefault="006053AC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D35AF" w:rsidRPr="006053AC" w:rsidRDefault="00646676">
      <w:pPr>
        <w:autoSpaceDE w:val="0"/>
        <w:autoSpaceDN w:val="0"/>
        <w:spacing w:before="178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:rsidR="003D35AF" w:rsidRPr="006053AC" w:rsidRDefault="006053AC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3D35AF" w:rsidRPr="006053AC" w:rsidRDefault="006053AC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уметь обобщать мнения нескольких людей, проявлять готовность руководить, выполнять поручения, подчиняться;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114" w:line="220" w:lineRule="exact"/>
        <w:rPr>
          <w:lang w:val="ru-RU"/>
        </w:rPr>
      </w:pPr>
    </w:p>
    <w:p w:rsidR="003D35AF" w:rsidRPr="006053AC" w:rsidRDefault="006053AC">
      <w:pPr>
        <w:autoSpaceDE w:val="0"/>
        <w:autoSpaceDN w:val="0"/>
        <w:spacing w:after="0" w:line="314" w:lineRule="auto"/>
        <w:ind w:left="24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="00646676" w:rsidRPr="006053A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="00646676" w:rsidRPr="006053A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оценивать качество своего вклада в общий продукт по критериям, самостоятельно </w:t>
      </w:r>
      <w:r w:rsidR="00646676" w:rsidRPr="006053AC">
        <w:rPr>
          <w:lang w:val="ru-RU"/>
        </w:rPr>
        <w:br/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="00646676" w:rsidRPr="006053A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D35AF" w:rsidRPr="006053AC" w:rsidRDefault="00646676">
      <w:pPr>
        <w:autoSpaceDE w:val="0"/>
        <w:autoSpaceDN w:val="0"/>
        <w:spacing w:before="298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3D35AF" w:rsidRPr="006053AC" w:rsidRDefault="00646676">
      <w:pPr>
        <w:autoSpaceDE w:val="0"/>
        <w:autoSpaceDN w:val="0"/>
        <w:spacing w:before="190" w:after="0" w:line="334" w:lineRule="auto"/>
        <w:ind w:left="240" w:right="720" w:hanging="24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Самоорганизация: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выявлять проблемы для решения в жизненных и учебных ситуациях;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ориентироваться в различных подходах принятия решений (индивидуальное, принятие решения в группе, принятие решений группой);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делать выбор и брать ответственность за решение.</w:t>
      </w:r>
    </w:p>
    <w:p w:rsidR="003D35AF" w:rsidRPr="006053AC" w:rsidRDefault="00646676">
      <w:pPr>
        <w:autoSpaceDE w:val="0"/>
        <w:autoSpaceDN w:val="0"/>
        <w:spacing w:before="178" w:after="0" w:line="348" w:lineRule="auto"/>
        <w:ind w:left="240" w:hanging="24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Самоконтроль: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владеть способами самоконтроля,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давать адекватную оценку ситуации и предлагать план её изменения;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объяснять причины достижения (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оценивать соответствие результата цели и условиям.</w:t>
      </w:r>
    </w:p>
    <w:p w:rsidR="003D35AF" w:rsidRPr="006053AC" w:rsidRDefault="00646676">
      <w:pPr>
        <w:autoSpaceDE w:val="0"/>
        <w:autoSpaceDN w:val="0"/>
        <w:spacing w:before="178" w:after="0" w:line="362" w:lineRule="auto"/>
        <w:ind w:left="240" w:right="1296" w:hanging="24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Эмоциональный интеллект: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различать, называть и управлять собственными эмоциями и эмоциями других; —  выявлять и анализировать причины эмоций; </w:t>
      </w:r>
      <w:r w:rsidRPr="006053AC">
        <w:rPr>
          <w:lang w:val="ru-RU"/>
        </w:rPr>
        <w:br/>
      </w:r>
      <w:r w:rsid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ставить себя на место другого человека, понимать мотивы и намерения другого; —  регулировать способ выражения эмоций.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78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053A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:rsidR="003D35AF" w:rsidRPr="006053AC" w:rsidRDefault="006053A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осознанно относиться к другому человеку, его мнению;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признавать своё право на ошибку и такое же право другого;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принимать себя и других, не осуждая;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открытость себе и другим; </w:t>
      </w:r>
    </w:p>
    <w:p w:rsidR="003D35AF" w:rsidRPr="006053AC" w:rsidRDefault="006053AC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="00646676"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 осознавать невозможность контролировать всё вокруг.</w:t>
      </w:r>
    </w:p>
    <w:p w:rsidR="003D35AF" w:rsidRPr="006053AC" w:rsidRDefault="00646676">
      <w:pPr>
        <w:autoSpaceDE w:val="0"/>
        <w:autoSpaceDN w:val="0"/>
        <w:spacing w:before="322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3D35AF" w:rsidRPr="006053AC" w:rsidRDefault="00646676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 о семейных ценностях; </w:t>
      </w:r>
      <w:r w:rsidRPr="006053AC">
        <w:rPr>
          <w:lang w:val="ru-RU"/>
        </w:rPr>
        <w:br/>
      </w: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 </w:t>
      </w:r>
      <w:r w:rsidRPr="006053AC">
        <w:rPr>
          <w:lang w:val="ru-RU"/>
        </w:rPr>
        <w:br/>
      </w: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  <w:r w:rsidRPr="006053AC">
        <w:rPr>
          <w:lang w:val="ru-RU"/>
        </w:rPr>
        <w:br/>
      </w:r>
      <w:r w:rsidRPr="006053AC">
        <w:rPr>
          <w:lang w:val="ru-RU"/>
        </w:rPr>
        <w:tab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776" w:bottom="1440" w:left="666" w:header="720" w:footer="720" w:gutter="0"/>
          <w:cols w:space="720" w:equalWidth="0">
            <w:col w:w="10458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64" w:line="220" w:lineRule="exact"/>
        <w:rPr>
          <w:lang w:val="ru-RU"/>
        </w:rPr>
      </w:pPr>
    </w:p>
    <w:p w:rsidR="003D35AF" w:rsidRDefault="00646676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1958"/>
        <w:gridCol w:w="528"/>
        <w:gridCol w:w="1104"/>
        <w:gridCol w:w="1142"/>
        <w:gridCol w:w="948"/>
        <w:gridCol w:w="4958"/>
        <w:gridCol w:w="2150"/>
        <w:gridCol w:w="2282"/>
      </w:tblGrid>
      <w:tr w:rsidR="003D35AF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4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3D35AF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</w:tr>
      <w:tr w:rsidR="003D35AF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3D35AF" w:rsidRPr="001D41D8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E3515A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.09.2022 16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.09.2022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 читать пословицы;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Проводить сопоставительный анализ пословиц разных народов;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45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 w:rsidTr="00E3515A">
        <w:trPr>
          <w:trHeight w:hRule="exact" w:val="6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E3515A" w:rsidRDefault="00E3515A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23.09.202221.10</w:t>
            </w:r>
            <w:r w:rsidR="00646676" w:rsidRPr="00E3515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.2022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 читать и эмоционально воспринимать стихотворения и прозаический текст;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E3515A" w:rsidRDefault="0064667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E3515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E3515A">
              <w:rPr>
                <w:lang w:val="ru-RU"/>
              </w:rPr>
              <w:br/>
            </w:r>
            <w:r w:rsidRPr="00E3515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>
        <w:trPr>
          <w:trHeight w:hRule="exact" w:val="73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E3515A" w:rsidRDefault="00E3515A" w:rsidP="00E3515A">
            <w:pPr>
              <w:autoSpaceDE w:val="0"/>
              <w:autoSpaceDN w:val="0"/>
              <w:spacing w:before="76" w:after="0" w:line="245" w:lineRule="auto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28.10..202202</w:t>
            </w:r>
            <w:r w:rsidR="00646676" w:rsidRPr="00E3515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.12.2022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 читать стихотворения, в том числе наизусть, и прозаический текст;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Контрольная работа; 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>
        <w:trPr>
          <w:trHeight w:hRule="exact" w:val="348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3D35AF" w:rsidRPr="001D41D8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E3515A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09.12.2022 13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.01.2023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Знакомиться с фактами биографии поэтов и писателей;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>
        <w:trPr>
          <w:trHeight w:hRule="exact" w:val="54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E3515A" w:rsidP="00E3515A">
            <w:pPr>
              <w:autoSpaceDE w:val="0"/>
              <w:autoSpaceDN w:val="0"/>
              <w:spacing w:before="78" w:after="0" w:line="245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20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.01.2023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.02.2023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Читать, пересказывать (кратко, подробно, выборочно) рассказы, отвечать на вопросы;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45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>
        <w:trPr>
          <w:trHeight w:hRule="exact" w:val="348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 w:rsidRPr="001D41D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053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3D35AF" w:rsidRPr="001D41D8" w:rsidTr="00A65FAA">
        <w:trPr>
          <w:trHeight w:hRule="exact" w:val="77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A65FAA" w:rsidRDefault="00A65FAA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17.02.202303</w:t>
            </w:r>
            <w:r w:rsidR="00646676" w:rsidRPr="00A65F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.03.2023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 w:right="230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 читать стихотворения; Заучивать стихотворения наизусть;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A65FAA" w:rsidRDefault="0064667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A65F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A65FAA">
              <w:rPr>
                <w:lang w:val="ru-RU"/>
              </w:rPr>
              <w:br/>
            </w:r>
            <w:r w:rsidRPr="00A65F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A65FAA" w:rsidRDefault="00A65FAA" w:rsidP="00E3515A">
            <w:pPr>
              <w:autoSpaceDE w:val="0"/>
              <w:autoSpaceDN w:val="0"/>
              <w:spacing w:before="78" w:after="0" w:line="245" w:lineRule="auto"/>
              <w:ind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10</w:t>
            </w:r>
            <w:r w:rsidRPr="00A65F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.03.2023117.</w:t>
            </w:r>
            <w:r w:rsidR="00646676" w:rsidRPr="00A65FAA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.03.2023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Пересказывать (кратко, подробно, выборочно) текст эпического произведения;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Самооценка с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>
        <w:trPr>
          <w:trHeight w:hRule="exact" w:val="11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C57AEB" w:rsidRDefault="00A65FAA" w:rsidP="00C57AEB">
            <w:pPr>
              <w:autoSpaceDE w:val="0"/>
              <w:autoSpaceDN w:val="0"/>
              <w:spacing w:before="78" w:after="0" w:line="245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.03.2023107.04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Характеризовать героев, составлять их словесные портреты;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Устный опрос;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Самооценка с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 w:rsidRPr="001D41D8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C57AEB" w:rsidRDefault="00A65FAA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14.04.202328</w:t>
            </w:r>
            <w:r w:rsidR="00C57AEB" w:rsidRPr="00C57AE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 w:rsidR="00C57AE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04</w:t>
            </w:r>
            <w:r w:rsidR="00646676" w:rsidRPr="00C57AE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 читать стихотворения, определять их тематическое содержание, средства художественной выразительности;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 w:rsidRPr="00C57AE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ыйопрос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>
        <w:trPr>
          <w:trHeight w:hRule="exact" w:val="348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</w:tbl>
    <w:p w:rsidR="003D35AF" w:rsidRDefault="003D35AF">
      <w:pPr>
        <w:autoSpaceDE w:val="0"/>
        <w:autoSpaceDN w:val="0"/>
        <w:spacing w:after="0" w:line="14" w:lineRule="exact"/>
      </w:pPr>
    </w:p>
    <w:p w:rsidR="003D35AF" w:rsidRDefault="003D35AF">
      <w:pPr>
        <w:sectPr w:rsidR="003D35AF">
          <w:pgSz w:w="16840" w:h="11900"/>
          <w:pgMar w:top="282" w:right="640" w:bottom="45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3D35AF" w:rsidRDefault="003D35A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32"/>
        <w:gridCol w:w="1958"/>
        <w:gridCol w:w="528"/>
        <w:gridCol w:w="1104"/>
        <w:gridCol w:w="1142"/>
        <w:gridCol w:w="948"/>
        <w:gridCol w:w="4958"/>
        <w:gridCol w:w="2150"/>
        <w:gridCol w:w="2282"/>
      </w:tblGrid>
      <w:tr w:rsidR="003D35AF" w:rsidRPr="001D41D8">
        <w:trPr>
          <w:trHeight w:hRule="exact" w:val="130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45" w:lineRule="auto"/>
              <w:ind w:right="576"/>
              <w:jc w:val="center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A65FAA">
            <w:pPr>
              <w:autoSpaceDE w:val="0"/>
              <w:autoSpaceDN w:val="0"/>
              <w:spacing w:before="78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05.05.202312.05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.2023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45" w:lineRule="auto"/>
              <w:ind w:left="72" w:right="1728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Составлять текст-рассуждение, анализируя по прочитанным произведениям.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/Каталог детских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ресурсов«Интернет для детей»Электронный банк заданий по оценке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функциональной грамотности</w:t>
            </w:r>
          </w:p>
        </w:tc>
      </w:tr>
      <w:tr w:rsidR="003D35AF">
        <w:trPr>
          <w:trHeight w:hRule="exact" w:val="350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3D35AF" w:rsidRPr="001D41D8">
        <w:trPr>
          <w:trHeight w:hRule="exact" w:val="54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A65FAA" w:rsidP="00A65FAA">
            <w:pPr>
              <w:autoSpaceDE w:val="0"/>
              <w:autoSpaceDN w:val="0"/>
              <w:spacing w:before="76" w:after="0" w:line="245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  <w:r w:rsidR="00646676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.05.2023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Делать выбор и брать ответственность за решение.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gramota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русское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слово.рф</w:t>
            </w:r>
            <w:proofErr w:type="spellEnd"/>
          </w:p>
        </w:tc>
      </w:tr>
      <w:tr w:rsidR="003D35AF">
        <w:trPr>
          <w:trHeight w:hRule="exact" w:val="348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Итогопоразделу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>
        <w:trPr>
          <w:trHeight w:hRule="exact" w:val="348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25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  <w:tr w:rsidR="003D35AF">
        <w:trPr>
          <w:trHeight w:hRule="exact" w:val="520"/>
        </w:trPr>
        <w:tc>
          <w:tcPr>
            <w:tcW w:w="2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</w:t>
            </w:r>
          </w:p>
        </w:tc>
        <w:tc>
          <w:tcPr>
            <w:tcW w:w="10338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</w:tbl>
    <w:p w:rsidR="003D35AF" w:rsidRDefault="003D35AF">
      <w:pPr>
        <w:autoSpaceDE w:val="0"/>
        <w:autoSpaceDN w:val="0"/>
        <w:spacing w:after="0" w:line="14" w:lineRule="exact"/>
      </w:pPr>
    </w:p>
    <w:p w:rsidR="003D35AF" w:rsidRDefault="003D35AF">
      <w:pPr>
        <w:sectPr w:rsidR="003D35AF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  <w:bookmarkStart w:id="0" w:name="_GoBack"/>
      <w:bookmarkEnd w:id="0"/>
    </w:p>
    <w:p w:rsidR="003D35AF" w:rsidRDefault="003D35AF">
      <w:pPr>
        <w:autoSpaceDE w:val="0"/>
        <w:autoSpaceDN w:val="0"/>
        <w:spacing w:after="78" w:line="220" w:lineRule="exact"/>
      </w:pPr>
    </w:p>
    <w:p w:rsidR="003D35AF" w:rsidRDefault="00646676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D35AF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3D35AF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5AF" w:rsidRDefault="003D35AF"/>
        </w:tc>
      </w:tr>
      <w:tr w:rsidR="003D35AF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/>
              <w:ind w:left="72" w:right="86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Преданья старины глубокой.Старая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пословица век не сломится.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794082" w:rsidP="0079408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2.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 сказочном лесу. Лиса и медведь.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794082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 w:rsidRPr="0092676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Новая жизнь русских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сказок. К.Г.Паустовский. "Дремучий медведь".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79408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646676"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"Края Москвы, края родные..."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926768" w:rsidRDefault="0079408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</w:t>
            </w:r>
            <w:r w:rsidR="00646676"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proofErr w:type="spellStart"/>
            <w:r w:rsidRP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3D35AF" w:rsidRPr="0079408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С. Пушкин «На тихих берегах Москвы…»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79408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09</w:t>
            </w:r>
            <w:r w:rsidR="00646676"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64667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Практическая работа;</w:t>
            </w:r>
          </w:p>
        </w:tc>
      </w:tr>
      <w:tr w:rsidR="003D35AF" w:rsidRPr="006E7E8B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E7E8B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М. Ю. Лермонтов «Москва, Москва! – люблю, тебя как сын», «Панорама Москвы»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64667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794082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794082" w:rsidP="00794082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</w:t>
            </w:r>
            <w:r w:rsidR="00646676" w:rsidRPr="0079408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</w:t>
            </w:r>
            <w:r w:rsidR="00646676"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64667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Л. Н. Мартынов «Красные ворота».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64667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E7E8B" w:rsidRDefault="00794082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="00646676"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</w:t>
            </w:r>
            <w:proofErr w:type="spellStart"/>
            <w:r w:rsidRPr="006E7E8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ескаяработа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3D35AF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П. Чехов. «В Москве на Трубной площади».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794082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.10.2022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"Страна березового ситца".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E7E8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С. Соколов-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Микитов. «Русский лес».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5076D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А. В. Кольцов «Лес»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18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</w:tbl>
    <w:p w:rsidR="003D35AF" w:rsidRDefault="003D35AF">
      <w:pPr>
        <w:autoSpaceDE w:val="0"/>
        <w:autoSpaceDN w:val="0"/>
        <w:spacing w:after="0" w:line="14" w:lineRule="exact"/>
      </w:pPr>
    </w:p>
    <w:p w:rsidR="003D35AF" w:rsidRDefault="003D35AF">
      <w:pPr>
        <w:sectPr w:rsidR="003D35AF">
          <w:pgSz w:w="11900" w:h="16840"/>
          <w:pgMar w:top="298" w:right="650" w:bottom="42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Default="003D35A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D35AF" w:rsidTr="002132B8">
        <w:trPr>
          <w:trHeight w:hRule="exact" w:val="10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В. А. Рождественский«Берёза»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Зачет;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А. Солоухин «Седьмую ночь без перерыва…»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02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 №1.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3D35AF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Работа над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ошибками.Загадки русской души.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16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Б. Л. Пастернак</w:t>
            </w:r>
            <w:r w:rsid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«Рождественская звезда</w:t>
            </w:r>
            <w:proofErr w:type="gram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фрагмент)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 Д. Берестов «Перед Рождеством»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 И. Куприн. «Бедный принц».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20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Н. Д.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Телешов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«Ёлка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Митрича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27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Тепло родного дома. Семейные ценности.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И. А. Крылов. Басни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100" w:after="0" w:line="262" w:lineRule="auto"/>
              <w:ind w:left="72" w:right="43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И. А. Бунин. «Снежный бык».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 xml:space="preserve">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В. И. Белов. «Скворцы».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71" w:lineRule="auto"/>
              <w:ind w:left="72" w:right="106"/>
              <w:jc w:val="both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Русский характер —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русская душа. Не до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ордена — была бы Родина.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Ф. Н. Глинка</w:t>
            </w:r>
            <w:r w:rsidR="0092676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«Авангардная песнь»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</w:tbl>
    <w:p w:rsidR="003D35AF" w:rsidRDefault="003D35AF">
      <w:pPr>
        <w:autoSpaceDE w:val="0"/>
        <w:autoSpaceDN w:val="0"/>
        <w:spacing w:after="0" w:line="14" w:lineRule="exact"/>
      </w:pPr>
    </w:p>
    <w:p w:rsidR="003D35AF" w:rsidRDefault="003D35AF">
      <w:pPr>
        <w:sectPr w:rsidR="003D35AF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Default="003D35AF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04"/>
        <w:gridCol w:w="2966"/>
        <w:gridCol w:w="732"/>
        <w:gridCol w:w="1620"/>
        <w:gridCol w:w="1668"/>
        <w:gridCol w:w="1236"/>
        <w:gridCol w:w="1826"/>
      </w:tblGrid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Д. В. Давыдов «Партизан»(отрывок).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 w:rsidRPr="001D41D8">
        <w:trPr>
          <w:trHeight w:hRule="exact" w:val="25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К.Г.Паустовский.</w:t>
            </w:r>
          </w:p>
          <w:p w:rsidR="003D35AF" w:rsidRPr="006053AC" w:rsidRDefault="00646676">
            <w:pPr>
              <w:autoSpaceDE w:val="0"/>
              <w:autoSpaceDN w:val="0"/>
              <w:spacing w:before="70" w:after="0" w:line="271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"Похождения жука-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носорога" (солдатская сказка).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.03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Практическая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D35AF" w:rsidRPr="001D41D8">
        <w:trPr>
          <w:trHeight w:hRule="exact" w:val="25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Ю.Я.Яковлев "Сыновья </w:t>
            </w: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Пешеходова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414A3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07.</w:t>
            </w:r>
            <w:r w:rsidR="00646676"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Практическая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работа;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ценочного</w:t>
            </w:r>
            <w:r w:rsidRPr="006053AC">
              <w:rPr>
                <w:lang w:val="ru-RU"/>
              </w:rPr>
              <w:br/>
            </w: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29.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К.И.Чуковский.</w:t>
            </w:r>
          </w:p>
          <w:p w:rsidR="003D35AF" w:rsidRPr="006053AC" w:rsidRDefault="0064667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"Серебряный герб".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14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А.А.Гиваргизов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  <w:p w:rsidR="003D35AF" w:rsidRPr="006053AC" w:rsidRDefault="00646676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"Контрольный диктант".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04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3D35AF" w:rsidRPr="00414A3E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И.А.Бунин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414A3E" w:rsidP="00414A3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28.04</w:t>
            </w:r>
            <w:r w:rsidR="00646676"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Практическая работа;</w:t>
            </w:r>
          </w:p>
        </w:tc>
      </w:tr>
      <w:tr w:rsidR="003D35AF" w:rsidRPr="00414A3E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proofErr w:type="spellStart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В.Г.Гордейчев</w:t>
            </w:r>
            <w:proofErr w:type="spellEnd"/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"Родная речь"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414A3E" w:rsidP="00414A3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05</w:t>
            </w:r>
            <w:r w:rsidR="00646676"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 Практическая работа;</w:t>
            </w:r>
          </w:p>
        </w:tc>
      </w:tr>
      <w:tr w:rsidR="003D35A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414A3E" w:rsidRDefault="00646676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  <w:r w:rsidRPr="00414A3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33.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62" w:lineRule="auto"/>
              <w:ind w:left="72" w:right="57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№2.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 w:rsidP="00414A3E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3D35AF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Работа над ошибками. Обобщающий урок.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414A3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</w:t>
            </w:r>
            <w:r w:rsidR="00646676">
              <w:rPr>
                <w:rFonts w:ascii="Times New Roman" w:eastAsia="Times New Roman" w:hAnsi="Times New Roman"/>
                <w:color w:val="000000"/>
                <w:sz w:val="24"/>
              </w:rPr>
              <w:t>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3D35AF">
        <w:trPr>
          <w:trHeight w:hRule="exact" w:val="808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Pr="006053AC" w:rsidRDefault="00646676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6053A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646676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35AF" w:rsidRDefault="003D35AF"/>
        </w:tc>
      </w:tr>
    </w:tbl>
    <w:p w:rsidR="003D35AF" w:rsidRDefault="003D35AF">
      <w:pPr>
        <w:autoSpaceDE w:val="0"/>
        <w:autoSpaceDN w:val="0"/>
        <w:spacing w:after="0" w:line="14" w:lineRule="exact"/>
      </w:pPr>
    </w:p>
    <w:p w:rsidR="003D35AF" w:rsidRDefault="003D35AF">
      <w:pPr>
        <w:sectPr w:rsidR="003D35AF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Default="003D35AF">
      <w:pPr>
        <w:autoSpaceDE w:val="0"/>
        <w:autoSpaceDN w:val="0"/>
        <w:spacing w:after="78" w:line="220" w:lineRule="exact"/>
      </w:pPr>
    </w:p>
    <w:p w:rsidR="003D35AF" w:rsidRDefault="0064667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D35AF" w:rsidRDefault="0064667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3D35AF" w:rsidRPr="006053AC" w:rsidRDefault="00646676">
      <w:pPr>
        <w:autoSpaceDE w:val="0"/>
        <w:autoSpaceDN w:val="0"/>
        <w:spacing w:before="166" w:after="0"/>
        <w:ind w:right="576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родная литература. 5 класс. Учебник для общеобразовательных организаций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Автор(ы): Александрова О.М., Аристова М. А., Беляева Н. В.,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Добротина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И.Н.,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Критарова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Ж.Н.,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Мухаметшина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Р.Ф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3D35AF" w:rsidRPr="006053AC" w:rsidRDefault="00646676">
      <w:pPr>
        <w:autoSpaceDE w:val="0"/>
        <w:autoSpaceDN w:val="0"/>
        <w:spacing w:before="262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3D35AF" w:rsidRPr="006053AC" w:rsidRDefault="00646676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родной русской литературе. 5 класс : пособие для учителя (к УМК О.М. Александровой и др. (М.: Просвещение),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вып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 с 2019 г. по наст</w:t>
      </w:r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proofErr w:type="gram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.)</w:t>
      </w:r>
    </w:p>
    <w:p w:rsidR="003D35AF" w:rsidRPr="006053AC" w:rsidRDefault="00646676">
      <w:pPr>
        <w:autoSpaceDE w:val="0"/>
        <w:autoSpaceDN w:val="0"/>
        <w:spacing w:before="264"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3D35AF" w:rsidRPr="006053AC" w:rsidRDefault="00646676">
      <w:pPr>
        <w:autoSpaceDE w:val="0"/>
        <w:autoSpaceDN w:val="0"/>
        <w:spacing w:before="166" w:after="0" w:line="271" w:lineRule="auto"/>
        <w:ind w:right="40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/Каталог детских ресурсов «Интернет для детей»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wwwlrc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lib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 Русская Ассоциация Чтения </w:t>
      </w:r>
      <w:r w:rsidRPr="006053AC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slovnik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rusgor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rugramota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 xml:space="preserve">, русское </w:t>
      </w:r>
      <w:proofErr w:type="spellStart"/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слово.рф</w:t>
      </w:r>
      <w:proofErr w:type="spellEnd"/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D35AF" w:rsidRPr="006053AC" w:rsidRDefault="003D35AF">
      <w:pPr>
        <w:autoSpaceDE w:val="0"/>
        <w:autoSpaceDN w:val="0"/>
        <w:spacing w:after="78" w:line="220" w:lineRule="exact"/>
        <w:rPr>
          <w:lang w:val="ru-RU"/>
        </w:rPr>
      </w:pPr>
    </w:p>
    <w:p w:rsidR="003D35AF" w:rsidRPr="006053AC" w:rsidRDefault="00646676">
      <w:pPr>
        <w:autoSpaceDE w:val="0"/>
        <w:autoSpaceDN w:val="0"/>
        <w:spacing w:after="0" w:line="230" w:lineRule="auto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3D35AF" w:rsidRPr="006053AC" w:rsidRDefault="00646676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Мультимедийный проектор</w:t>
      </w:r>
    </w:p>
    <w:p w:rsidR="003D35AF" w:rsidRPr="006053AC" w:rsidRDefault="00646676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6053A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6053AC">
        <w:rPr>
          <w:lang w:val="ru-RU"/>
        </w:rPr>
        <w:br/>
      </w:r>
      <w:r w:rsidRPr="006053AC">
        <w:rPr>
          <w:rFonts w:ascii="Times New Roman" w:eastAsia="Times New Roman" w:hAnsi="Times New Roman"/>
          <w:color w:val="000000"/>
          <w:sz w:val="24"/>
          <w:lang w:val="ru-RU"/>
        </w:rPr>
        <w:t>Компьютер</w:t>
      </w:r>
    </w:p>
    <w:p w:rsidR="003D35AF" w:rsidRPr="006053AC" w:rsidRDefault="003D35AF">
      <w:pPr>
        <w:rPr>
          <w:lang w:val="ru-RU"/>
        </w:rPr>
        <w:sectPr w:rsidR="003D35AF" w:rsidRPr="006053AC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46676" w:rsidRPr="006053AC" w:rsidRDefault="00646676">
      <w:pPr>
        <w:rPr>
          <w:lang w:val="ru-RU"/>
        </w:rPr>
      </w:pPr>
    </w:p>
    <w:sectPr w:rsidR="00646676" w:rsidRPr="006053AC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D41D8"/>
    <w:rsid w:val="002132B8"/>
    <w:rsid w:val="0029639D"/>
    <w:rsid w:val="00326F90"/>
    <w:rsid w:val="003D35AF"/>
    <w:rsid w:val="00414A3E"/>
    <w:rsid w:val="005076D6"/>
    <w:rsid w:val="006053AC"/>
    <w:rsid w:val="00646676"/>
    <w:rsid w:val="006E7E8B"/>
    <w:rsid w:val="00794082"/>
    <w:rsid w:val="00926768"/>
    <w:rsid w:val="00980254"/>
    <w:rsid w:val="00A62E66"/>
    <w:rsid w:val="00A65FAA"/>
    <w:rsid w:val="00AA1D8D"/>
    <w:rsid w:val="00B47730"/>
    <w:rsid w:val="00C57AEB"/>
    <w:rsid w:val="00CB0664"/>
    <w:rsid w:val="00CC490B"/>
    <w:rsid w:val="00DA1F57"/>
    <w:rsid w:val="00E3515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6SVzpSkfe3tZqpVYcXaGSezyPgy8KnTi0jNND+L2C84=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LvyGDWy3t/uZpJODIxutxfq/CKPO9IpynM32Mhw9wlo=</DigestValue>
    </Reference>
  </SignedInfo>
  <SignatureValue>FFpmGa9wXnsogM7bnGf19AiviTrozH29gWJIcQWLyzETvN+wK62SSW6gFQbfWwGX
kD5gg6wi3nbQZOmNDw40cQ==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q3L49yPNibR5N3gzSMxDHIRXZhg=</DigestValue>
      </Reference>
      <Reference URI="/word/fontTable.xml?ContentType=application/vnd.openxmlformats-officedocument.wordprocessingml.fontTable+xml">
        <DigestMethod Algorithm="http://www.w3.org/2000/09/xmldsig#sha1"/>
        <DigestValue>jLDL8pzzvfPC6csR5Mfp8XvE79o=</DigestValue>
      </Reference>
      <Reference URI="/word/numbering.xml?ContentType=application/vnd.openxmlformats-officedocument.wordprocessingml.numbering+xml">
        <DigestMethod Algorithm="http://www.w3.org/2000/09/xmldsig#sha1"/>
        <DigestValue>OGLISKr6f1ko4P4ac4XBjiseIj4=</DigestValue>
      </Reference>
      <Reference URI="/word/settings.xml?ContentType=application/vnd.openxmlformats-officedocument.wordprocessingml.settings+xml">
        <DigestMethod Algorithm="http://www.w3.org/2000/09/xmldsig#sha1"/>
        <DigestValue>4Q3S33GZfQpoQr/8LbjfjZgSoz0=</DigestValue>
      </Reference>
      <Reference URI="/word/styles.xml?ContentType=application/vnd.openxmlformats-officedocument.wordprocessingml.styles+xml">
        <DigestMethod Algorithm="http://www.w3.org/2000/09/xmldsig#sha1"/>
        <DigestValue>zprGiqn06P9ybrlMNvzpkBeJyb0=</DigestValue>
      </Reference>
      <Reference URI="/word/theme/theme1.xml?ContentType=application/vnd.openxmlformats-officedocument.theme+xml">
        <DigestMethod Algorithm="http://www.w3.org/2000/09/xmldsig#sha1"/>
        <DigestValue>RvCbLeRJf/FC3atfM+caO5y3ZlQ=</DigestValue>
      </Reference>
      <Reference URI="/word/webSettings.xml?ContentType=application/vnd.openxmlformats-officedocument.wordprocessingml.webSettings+xml">
        <DigestMethod Algorithm="http://www.w3.org/2000/09/xmldsig#sha1"/>
        <DigestValue>iFvTi8PaDdNFS6nQs/caZIF7N0Q=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2023-11-11T04:16:04Z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2023-11-11T04:16:04Z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5C40A1-A037-4D5F-B327-BFFF1A31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22</Pages>
  <Words>5437</Words>
  <Characters>30996</Characters>
  <Application>Microsoft Office Word</Application>
  <DocSecurity>0</DocSecurity>
  <Lines>258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36361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14</cp:revision>
  <dcterms:created xsi:type="dcterms:W3CDTF">2022-10-16T12:26:00Z</dcterms:created>
  <dcterms:modified xsi:type="dcterms:W3CDTF">2023-11-07T11:58:00Z</dcterms:modified>
  <cp:category/>
</cp:coreProperties>
</file>